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r>
        <w:t>UMQULU WOKUSEBENZELA AMAKHASITOMA E-CCZ</w:t>
      </w:r>
    </w:p>
    <w:p/>
    <w:p>
      <w:r>
        <w:t>Lo mqulu uchaza imisebenzi ye-Consumer Council of Zimbabwe (CCZ), indlela esisebenza ngayo kanye lendlela ongaxhumana ngayo lathi.</w:t>
      </w:r>
    </w:p>
    <w:p/>
    <w:p>
      <w:r>
        <w:t>UMQULU WOKUSEBENZELA AMAKHASITOMA</w:t>
      </w:r>
    </w:p>
    <w:p>
      <w:r>
        <w:t>Lo mqulu:</w:t>
      </w:r>
    </w:p>
    <w:p>
      <w:r>
        <w:t>- Uchaza ukuthi singobani</w:t>
      </w:r>
    </w:p>
    <w:p>
      <w:r>
        <w:t>- Uchaza imisebenzi esiyenzayo</w:t>
      </w:r>
    </w:p>
    <w:p>
      <w:r>
        <w:t>- Uveza izithembiso zethu kumakhasitoma ethu</w:t>
      </w:r>
    </w:p>
    <w:p>
      <w:r>
        <w:t>- Uchaza indlela ongafaka ngayo izikhalazo kumbe usinike impendulo</w:t>
      </w:r>
    </w:p>
    <w:p>
      <w:r>
        <w:t>- Uchaza imigomo yethu yokusebenza</w:t>
      </w:r>
    </w:p>
    <w:p/>
    <w:p>
      <w:r>
        <w:t>INJONGO YETHU</w:t>
      </w:r>
    </w:p>
    <w:p>
      <w:r>
        <w:t>I-Consumer Council of Zimbabwe (CCZ) yinhlanganiso eqapha amalungelo abathengi elizweni lonke. Iyinhlanganiso ebhalisiweyo engadingi nzuzo. Injongo yayo yikuvikela lokunika amandla abathengi.</w:t>
      </w:r>
    </w:p>
    <w:p/>
    <w:p>
      <w:r>
        <w:t>I-CCZ ixazulula izingxabano phakathi kwabathengi labahlinzeki bensiza, ihlola ikhwalithi yemikhiqizo lezinsiza ukuze kuqinisekiswe ukuthi zisezingeni elamukelekayo. Isebenza iqondiswa ngamalungelo abathengi ayisishiyagalombili lamfanelo ezinhlanu ezamukelwa ngumhlaba wonke. I-CCZ iphinde igcine ubudlelwano obuhle labahwebi lezimboni, ivikele izifiso zabo bonke ababambiqhaza.</w:t>
      </w:r>
    </w:p>
    <w:p/>
    <w:p>
      <w:r>
        <w:t>IMISEBENZI YETHU</w:t>
      </w:r>
    </w:p>
    <w:p>
      <w:r>
        <w:t>I-CCZ ifeza injongo yayo ngokwenza lokhu:</w:t>
      </w:r>
    </w:p>
    <w:p>
      <w:r>
        <w:t>- Ukufundisa abathengi ngamalungelo abo lemfanelo zabo</w:t>
      </w:r>
    </w:p>
    <w:p>
      <w:r>
        <w:t>- Ukulamula lokwahlulela ezingxabanweni</w:t>
      </w:r>
    </w:p>
    <w:p>
      <w:r>
        <w:t>- Ukwamukela lokuphatha izikhalazo zabathengi</w:t>
      </w:r>
    </w:p>
    <w:p>
      <w:r>
        <w:t>- Ukukhuthaza imithetho lenqubomgomo ezilungele abathengi</w:t>
      </w:r>
    </w:p>
    <w:p>
      <w:r>
        <w:t>- Ukwenza ucwaningo ngezempilakahle, ukuphepha lekhwalithi yemikhiqizo</w:t>
      </w:r>
    </w:p>
    <w:p>
      <w:r>
        <w:t>- Ukunikeza icebiso lokweluleka abathengi</w:t>
      </w:r>
    </w:p>
    <w:p>
      <w:r>
        <w:t>- Ukunikeza ulwazi olutsha noluthembekileyo kubathengi</w:t>
      </w:r>
    </w:p>
    <w:p>
      <w:r>
        <w:t>- Ukusebenza ndawonye lezinye izinhlanganiso zakuleli lakwamanye amazwe</w:t>
      </w:r>
    </w:p>
    <w:p/>
    <w:p>
      <w:r>
        <w:t>AMAHORA OKUSEBENZA</w:t>
      </w:r>
    </w:p>
    <w:p>
      <w:r>
        <w:t>UMsombuluko kuya kuLwesine: 08:00 – 16:00</w:t>
      </w:r>
    </w:p>
    <w:p>
      <w:r>
        <w:t>ULwesihlanu: 08:00 – 13:00</w:t>
      </w:r>
    </w:p>
    <w:p/>
    <w:p>
      <w:r>
        <w:t>IZITHEMBISO ZETHU</w:t>
      </w:r>
    </w:p>
    <w:p>
      <w:r>
        <w:t>- Sivikela izifiso zabo bonke ababambiqhaza</w:t>
      </w:r>
    </w:p>
    <w:p>
      <w:r>
        <w:t>- Sihlangabezana lokulindelekile emsebenzini wethu</w:t>
      </w:r>
    </w:p>
    <w:p>
      <w:r>
        <w:t>- Sihlala silandela izinguquko emphakathini</w:t>
      </w:r>
    </w:p>
    <w:p>
      <w:r>
        <w:t>- Siyindawo ethembekileyo yolwazi lwabathengi</w:t>
      </w:r>
    </w:p>
    <w:p>
      <w:r>
        <w:t>- Sakha ubudlelwano labanye ababambiqhaza</w:t>
      </w:r>
    </w:p>
    <w:p>
      <w:r>
        <w:t>- Sikhuthaza ukuzibandakanya kwabathengi ku-CCZ</w:t>
      </w:r>
    </w:p>
    <w:p/>
    <w:p>
      <w:r>
        <w:t>OKUNGASINCEDELAYO</w:t>
      </w:r>
    </w:p>
    <w:p>
      <w:r>
        <w:t>- Xhumana lathi nxa udinga uncedo</w:t>
      </w:r>
    </w:p>
    <w:p>
      <w:r>
        <w:t>- Sinike impendulo ngensiza yethu</w:t>
      </w:r>
    </w:p>
    <w:p>
      <w:r>
        <w:t>- Nika ulwazi oluphelele nxa ufaka isikhalazo</w:t>
      </w:r>
    </w:p>
    <w:p>
      <w:r>
        <w:t>- Sinike isikhathi sokuphendula</w:t>
      </w:r>
    </w:p>
    <w:p>
      <w:r>
        <w:t>- Ziphathise kahle ekuthengeni</w:t>
      </w:r>
    </w:p>
    <w:p>
      <w:r>
        <w:t>- Joyina i-CCZ njengelunga</w:t>
      </w:r>
    </w:p>
    <w:p/>
    <w:p>
      <w:r>
        <w:t>INDLELA YOKUNIKA IMPENDULO</w:t>
      </w:r>
    </w:p>
    <w:p>
      <w:r>
        <w:t>Ungasinika impendulo usebenzisa iwebhusayithi ye-CCZ kumbe imininingwane yokuxhumana esiyinikezayo.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